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5570B" w14:textId="77777777" w:rsidR="002D679A" w:rsidRDefault="00000000">
      <w:pPr>
        <w:spacing w:after="360"/>
        <w:jc w:val="center"/>
      </w:pPr>
      <w:r>
        <w:rPr>
          <w:rFonts w:ascii="Arial" w:hAnsi="Arial"/>
          <w:b/>
          <w:color w:val="1F4E78"/>
          <w:sz w:val="30"/>
        </w:rPr>
        <w:t>OZNÁMENIE O ODSTÚPENÍ OD KÚPNEJ ZMLUVY</w:t>
      </w:r>
      <w:r>
        <w:rPr>
          <w:rFonts w:ascii="Arial" w:hAnsi="Arial"/>
          <w:b/>
          <w:color w:val="1F4E78"/>
          <w:sz w:val="30"/>
        </w:rPr>
        <w:br/>
        <w:t>PRE SPOTREBITEĽA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2D679A" w14:paraId="20D26507" w14:textId="77777777">
        <w:trPr>
          <w:jc w:val="center"/>
        </w:trPr>
        <w:tc>
          <w:tcPr>
            <w:tcW w:w="47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19203B" w14:textId="77777777" w:rsidR="002D679A" w:rsidRDefault="00000000">
            <w:r>
              <w:rPr>
                <w:rFonts w:ascii="Arial" w:hAnsi="Arial"/>
                <w:b/>
                <w:color w:val="1F4E78"/>
                <w:sz w:val="19"/>
              </w:rPr>
              <w:t>Doručovacia adresa pre balíky, písomnosti, reklamácie tovaru a iná komunikácia: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sz w:val="19"/>
              </w:rPr>
              <w:t>ServiceTech</w:t>
            </w:r>
            <w:r>
              <w:rPr>
                <w:rFonts w:ascii="Arial" w:hAnsi="Arial"/>
                <w:sz w:val="19"/>
              </w:rPr>
              <w:br/>
              <w:t>Varšavská 425/106</w:t>
            </w:r>
            <w:r>
              <w:rPr>
                <w:rFonts w:ascii="Arial" w:hAnsi="Arial"/>
                <w:sz w:val="19"/>
              </w:rPr>
              <w:br/>
              <w:t>709 00 Ostrava – Hulváky</w:t>
            </w:r>
          </w:p>
        </w:tc>
        <w:tc>
          <w:tcPr>
            <w:tcW w:w="47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F64C1A" w14:textId="77777777" w:rsidR="002D679A" w:rsidRDefault="00000000">
            <w:r>
              <w:rPr>
                <w:rFonts w:ascii="Arial" w:hAnsi="Arial"/>
                <w:b/>
                <w:color w:val="1F4E78"/>
                <w:sz w:val="19"/>
              </w:rPr>
              <w:t>Sídlo spoločnosti: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sz w:val="19"/>
              </w:rPr>
              <w:t>GA property s.r.o.</w:t>
            </w:r>
            <w:r>
              <w:rPr>
                <w:rFonts w:ascii="Arial" w:hAnsi="Arial"/>
                <w:sz w:val="19"/>
              </w:rPr>
              <w:br/>
              <w:t>Varšavská 425/106, 709 00 Ostrava</w:t>
            </w:r>
            <w:r>
              <w:rPr>
                <w:rFonts w:ascii="Arial" w:hAnsi="Arial"/>
                <w:sz w:val="19"/>
              </w:rPr>
              <w:br/>
              <w:t>ČESKÁ REPUBLIKA</w:t>
            </w:r>
            <w:r>
              <w:rPr>
                <w:rFonts w:ascii="Arial" w:hAnsi="Arial"/>
                <w:sz w:val="19"/>
              </w:rPr>
              <w:br/>
              <w:t>IČO: 05398835 (DIČ: CZ05398835)</w:t>
            </w:r>
          </w:p>
        </w:tc>
      </w:tr>
    </w:tbl>
    <w:p w14:paraId="427A8061" w14:textId="77777777" w:rsidR="002D679A" w:rsidRDefault="002D679A">
      <w:pPr>
        <w:spacing w:after="2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04"/>
      </w:tblGrid>
      <w:tr w:rsidR="002D679A" w14:paraId="2785C663" w14:textId="77777777">
        <w:trPr>
          <w:jc w:val="center"/>
        </w:trPr>
        <w:tc>
          <w:tcPr>
            <w:tcW w:w="9504" w:type="dxa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9BE3F9" w14:textId="77777777" w:rsidR="002D679A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1. ÚDAJE O OBJEDNÁVKE A TOVARE</w:t>
            </w:r>
          </w:p>
        </w:tc>
      </w:tr>
    </w:tbl>
    <w:p w14:paraId="5218926A" w14:textId="77777777" w:rsidR="002D679A" w:rsidRDefault="00000000">
      <w:pPr>
        <w:spacing w:before="160" w:after="80"/>
      </w:pPr>
      <w:r>
        <w:rPr>
          <w:rFonts w:ascii="Arial" w:hAnsi="Arial"/>
          <w:sz w:val="20"/>
        </w:rPr>
        <w:t>Oznamujem (*), že tímto odstupujem od zmluvy o nákupe tohto tovaru: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336"/>
      </w:tblGrid>
      <w:tr w:rsidR="002D679A" w14:paraId="6F6BA1CD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5CD2B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Špecifikácia / názov tovaru: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8CAA3C" w14:textId="77777777" w:rsidR="002D679A" w:rsidRDefault="002D679A">
            <w:pPr>
              <w:spacing w:after="0"/>
            </w:pPr>
          </w:p>
        </w:tc>
      </w:tr>
      <w:tr w:rsidR="002D679A" w14:paraId="402899C2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2B25CB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Číslo dokladu: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59B04" w14:textId="77777777" w:rsidR="002D679A" w:rsidRDefault="002D679A">
            <w:pPr>
              <w:spacing w:after="0"/>
            </w:pPr>
          </w:p>
        </w:tc>
      </w:tr>
      <w:tr w:rsidR="002D679A" w14:paraId="1E4F215F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F6EE1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Dátum objednávky / kúpy: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DB1EA" w14:textId="77777777" w:rsidR="002D679A" w:rsidRDefault="002D679A">
            <w:pPr>
              <w:spacing w:after="0"/>
            </w:pPr>
          </w:p>
        </w:tc>
      </w:tr>
      <w:tr w:rsidR="002D679A" w14:paraId="27C7DE03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BFF84D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Dátum dodania tovaru: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A5840E" w14:textId="77777777" w:rsidR="002D679A" w:rsidRDefault="002D679A">
            <w:pPr>
              <w:spacing w:after="0"/>
            </w:pPr>
          </w:p>
        </w:tc>
      </w:tr>
    </w:tbl>
    <w:p w14:paraId="399CD329" w14:textId="77777777" w:rsidR="002D679A" w:rsidRDefault="002D679A">
      <w:pPr>
        <w:spacing w:after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336"/>
        <w:gridCol w:w="50"/>
      </w:tblGrid>
      <w:tr w:rsidR="002D679A" w14:paraId="325B9E1A" w14:textId="77777777">
        <w:trPr>
          <w:gridAfter w:val="1"/>
          <w:wAfter w:w="50" w:type="dxa"/>
          <w:jc w:val="center"/>
        </w:trPr>
        <w:tc>
          <w:tcPr>
            <w:tcW w:w="9504" w:type="dxa"/>
            <w:gridSpan w:val="2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5D9CF7" w14:textId="77777777" w:rsidR="002D679A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2. ÚDAJE O KUPUJÚCOM SPOTREBITEĽOVI</w:t>
            </w:r>
          </w:p>
        </w:tc>
      </w:tr>
      <w:tr w:rsidR="002D679A" w14:paraId="1874D316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CD1446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Meno a priezvisko kupujúceho:</w:t>
            </w:r>
          </w:p>
        </w:tc>
        <w:tc>
          <w:tcPr>
            <w:tcW w:w="6336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8FB08C" w14:textId="77777777" w:rsidR="002D679A" w:rsidRDefault="002D679A">
            <w:pPr>
              <w:spacing w:after="0"/>
            </w:pPr>
          </w:p>
        </w:tc>
      </w:tr>
      <w:tr w:rsidR="002D679A" w14:paraId="752C7BEA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2BFF1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Adresa kupujúceho:</w:t>
            </w:r>
          </w:p>
        </w:tc>
        <w:tc>
          <w:tcPr>
            <w:tcW w:w="6336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1A6F4C" w14:textId="77777777" w:rsidR="002D679A" w:rsidRDefault="00000000">
            <w:pPr>
              <w:spacing w:after="0"/>
            </w:pPr>
            <w:r>
              <w:br/>
            </w:r>
          </w:p>
        </w:tc>
      </w:tr>
    </w:tbl>
    <w:p w14:paraId="469AC0E2" w14:textId="77777777" w:rsidR="002D679A" w:rsidRDefault="002D679A">
      <w:pPr>
        <w:spacing w:after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04"/>
      </w:tblGrid>
      <w:tr w:rsidR="002D679A" w14:paraId="5C010E49" w14:textId="77777777">
        <w:trPr>
          <w:jc w:val="center"/>
        </w:trPr>
        <w:tc>
          <w:tcPr>
            <w:tcW w:w="9504" w:type="dxa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E68820" w14:textId="77777777" w:rsidR="002D679A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3. VRÁTENIE PLATBY A PODPIS</w:t>
            </w:r>
          </w:p>
        </w:tc>
      </w:tr>
    </w:tbl>
    <w:p w14:paraId="2F8DFE7B" w14:textId="77777777" w:rsidR="002D679A" w:rsidRDefault="00000000">
      <w:pPr>
        <w:spacing w:before="160" w:after="80"/>
      </w:pPr>
      <w:r>
        <w:rPr>
          <w:rFonts w:ascii="Arial" w:hAnsi="Arial"/>
          <w:sz w:val="20"/>
        </w:rPr>
        <w:t>Kúpna cena bude vrátená (*) bezhotovostným prevodom na bankový účet: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86"/>
        <w:gridCol w:w="5850"/>
      </w:tblGrid>
      <w:tr w:rsidR="002D679A" w14:paraId="04E46EFD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8871A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Číslo účtu / IBAN:</w:t>
            </w:r>
          </w:p>
        </w:tc>
        <w:tc>
          <w:tcPr>
            <w:tcW w:w="63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3E928" w14:textId="77777777" w:rsidR="002D679A" w:rsidRDefault="002D679A"/>
        </w:tc>
      </w:tr>
      <w:tr w:rsidR="002D679A" w14:paraId="40A6BF86" w14:textId="77777777">
        <w:trPr>
          <w:jc w:val="center"/>
        </w:trPr>
        <w:tc>
          <w:tcPr>
            <w:tcW w:w="4608" w:type="dxa"/>
            <w:tcMar>
              <w:top w:w="150" w:type="dxa"/>
              <w:left w:w="100" w:type="dxa"/>
              <w:bottom w:w="100" w:type="dxa"/>
              <w:right w:w="100" w:type="dxa"/>
            </w:tcMar>
          </w:tcPr>
          <w:p w14:paraId="4A829004" w14:textId="7A35D8E4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Dátum Vašej požiadavky:</w:t>
            </w:r>
            <w:r>
              <w:rPr>
                <w:rFonts w:ascii="Arial" w:hAnsi="Arial"/>
                <w:b/>
                <w:color w:val="333333"/>
                <w:sz w:val="20"/>
              </w:rPr>
              <w:br/>
            </w:r>
            <w:r>
              <w:rPr>
                <w:rFonts w:ascii="Arial" w:hAnsi="Arial"/>
                <w:b/>
                <w:color w:val="333333"/>
                <w:sz w:val="20"/>
              </w:rPr>
              <w:br/>
            </w:r>
            <w:r>
              <w:rPr>
                <w:rFonts w:ascii="Arial" w:hAnsi="Arial"/>
                <w:sz w:val="20"/>
              </w:rPr>
              <w:t xml:space="preserve"> </w:t>
            </w:r>
            <w:r w:rsidR="00C84796">
              <w:rPr>
                <w:rFonts w:ascii="Arial" w:hAnsi="Arial"/>
                <w:sz w:val="20"/>
              </w:rPr>
              <w:t>…………………………….</w:t>
            </w:r>
          </w:p>
        </w:tc>
        <w:tc>
          <w:tcPr>
            <w:tcW w:w="4608" w:type="dxa"/>
            <w:tcMar>
              <w:top w:w="150" w:type="dxa"/>
              <w:left w:w="100" w:type="dxa"/>
              <w:bottom w:w="100" w:type="dxa"/>
              <w:right w:w="100" w:type="dxa"/>
            </w:tcMar>
          </w:tcPr>
          <w:p w14:paraId="0DDBB476" w14:textId="77777777" w:rsidR="002D679A" w:rsidRDefault="00000000">
            <w:r>
              <w:rPr>
                <w:rFonts w:ascii="Arial" w:hAnsi="Arial"/>
                <w:b/>
                <w:color w:val="333333"/>
                <w:sz w:val="20"/>
              </w:rPr>
              <w:t>Podpis kupujúceho spotrebiteľa:</w:t>
            </w:r>
            <w:r>
              <w:rPr>
                <w:rFonts w:ascii="Arial" w:hAnsi="Arial"/>
                <w:b/>
                <w:color w:val="333333"/>
                <w:sz w:val="20"/>
              </w:rPr>
              <w:br/>
            </w:r>
            <w:r>
              <w:rPr>
                <w:rFonts w:ascii="Arial" w:hAnsi="Arial"/>
                <w:b/>
                <w:color w:val="333333"/>
                <w:sz w:val="20"/>
              </w:rPr>
              <w:br/>
            </w:r>
            <w:r>
              <w:rPr>
                <w:rFonts w:ascii="Arial" w:hAnsi="Arial"/>
                <w:color w:val="787878"/>
                <w:sz w:val="20"/>
              </w:rPr>
              <w:t>....................................................</w:t>
            </w:r>
          </w:p>
        </w:tc>
      </w:tr>
    </w:tbl>
    <w:p w14:paraId="580E5B68" w14:textId="77777777" w:rsidR="002D679A" w:rsidRDefault="00000000">
      <w:pPr>
        <w:spacing w:before="360"/>
      </w:pPr>
      <w:r>
        <w:rPr>
          <w:rFonts w:ascii="Arial" w:hAnsi="Arial"/>
          <w:i/>
          <w:color w:val="646464"/>
          <w:sz w:val="17"/>
        </w:rPr>
        <w:t>(*) Nepovinný údaj, slúži na spresnenie a urýchlenie vybavenia požiadavky.</w:t>
      </w:r>
    </w:p>
    <w:sectPr w:rsidR="002D679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110343">
    <w:abstractNumId w:val="8"/>
  </w:num>
  <w:num w:numId="2" w16cid:durableId="1099332379">
    <w:abstractNumId w:val="6"/>
  </w:num>
  <w:num w:numId="3" w16cid:durableId="335232949">
    <w:abstractNumId w:val="5"/>
  </w:num>
  <w:num w:numId="4" w16cid:durableId="1315139686">
    <w:abstractNumId w:val="4"/>
  </w:num>
  <w:num w:numId="5" w16cid:durableId="406343471">
    <w:abstractNumId w:val="7"/>
  </w:num>
  <w:num w:numId="6" w16cid:durableId="519587382">
    <w:abstractNumId w:val="3"/>
  </w:num>
  <w:num w:numId="7" w16cid:durableId="924651069">
    <w:abstractNumId w:val="2"/>
  </w:num>
  <w:num w:numId="8" w16cid:durableId="1509367378">
    <w:abstractNumId w:val="1"/>
  </w:num>
  <w:num w:numId="9" w16cid:durableId="182835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6B1F"/>
    <w:rsid w:val="0029639D"/>
    <w:rsid w:val="002D679A"/>
    <w:rsid w:val="00326F90"/>
    <w:rsid w:val="00AA1D8D"/>
    <w:rsid w:val="00B47730"/>
    <w:rsid w:val="00C8479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122A0"/>
  <w14:defaultImageDpi w14:val="300"/>
  <w15:docId w15:val="{18205E4F-74BC-44BC-AC7E-6D981D7E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Jiří Drážný</cp:lastModifiedBy>
  <cp:revision>3</cp:revision>
  <dcterms:created xsi:type="dcterms:W3CDTF">2013-12-23T23:15:00Z</dcterms:created>
  <dcterms:modified xsi:type="dcterms:W3CDTF">2026-10-06T17:31:00Z</dcterms:modified>
  <cp:category/>
</cp:coreProperties>
</file>