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C67FD" w14:textId="77777777" w:rsidR="00A8267B" w:rsidRPr="0012443E" w:rsidRDefault="00000000" w:rsidP="0012443E">
      <w:pPr>
        <w:pStyle w:val="Nadpis1"/>
        <w:jc w:val="center"/>
      </w:pPr>
      <w:r w:rsidRPr="0012443E">
        <w:t>FORMULÁR NA VRÁTENIE PLATBY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6192"/>
        <w:gridCol w:w="50"/>
      </w:tblGrid>
      <w:tr w:rsidR="00A8267B" w14:paraId="20F8E8E6" w14:textId="77777777">
        <w:trPr>
          <w:gridAfter w:val="1"/>
          <w:wAfter w:w="50" w:type="dxa"/>
          <w:jc w:val="center"/>
        </w:trPr>
        <w:tc>
          <w:tcPr>
            <w:tcW w:w="9504" w:type="dxa"/>
            <w:gridSpan w:val="2"/>
            <w:shd w:val="clear" w:color="auto" w:fill="1F4E7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3E315F" w14:textId="77777777" w:rsidR="00A8267B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1. FORMULÁR PRE VRÁTENIE TUZEMSKEJ PLATBY</w:t>
            </w:r>
          </w:p>
        </w:tc>
      </w:tr>
      <w:tr w:rsidR="00A8267B" w14:paraId="7BE52B5C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0B7BCD" w14:textId="77777777" w:rsidR="00A8267B" w:rsidRDefault="00000000">
            <w:r>
              <w:rPr>
                <w:rFonts w:ascii="Arial" w:hAnsi="Arial"/>
                <w:b/>
                <w:color w:val="333333"/>
                <w:sz w:val="19"/>
              </w:rPr>
              <w:t>MENO / FIRMA: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991C73" w14:textId="77777777" w:rsidR="00A8267B" w:rsidRDefault="00A8267B">
            <w:pPr>
              <w:spacing w:after="0"/>
            </w:pPr>
          </w:p>
        </w:tc>
      </w:tr>
      <w:tr w:rsidR="00A8267B" w14:paraId="069EC757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BD627B" w14:textId="77777777" w:rsidR="00A8267B" w:rsidRDefault="00000000">
            <w:r>
              <w:rPr>
                <w:rFonts w:ascii="Arial" w:hAnsi="Arial"/>
                <w:b/>
                <w:color w:val="333333"/>
                <w:sz w:val="19"/>
              </w:rPr>
              <w:t>ČÍSLO FAKTÚRY / OBJEDNÁVKY: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77DE79" w14:textId="77777777" w:rsidR="00A8267B" w:rsidRDefault="00A8267B">
            <w:pPr>
              <w:spacing w:after="0"/>
            </w:pPr>
          </w:p>
        </w:tc>
      </w:tr>
      <w:tr w:rsidR="00A8267B" w14:paraId="452ABA2C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51FFFE" w14:textId="77777777" w:rsidR="00A8267B" w:rsidRDefault="00000000">
            <w:r>
              <w:rPr>
                <w:rFonts w:ascii="Arial" w:hAnsi="Arial"/>
                <w:b/>
                <w:color w:val="333333"/>
                <w:sz w:val="19"/>
              </w:rPr>
              <w:t>ČÍSLO ÚČTU PRE VRÁTENIE PLATBY: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D66D45" w14:textId="77777777" w:rsidR="00A8267B" w:rsidRDefault="00A8267B">
            <w:pPr>
              <w:spacing w:after="0"/>
            </w:pPr>
          </w:p>
        </w:tc>
      </w:tr>
      <w:tr w:rsidR="00A8267B" w14:paraId="335EA28D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34F61D" w14:textId="77777777" w:rsidR="00A8267B" w:rsidRDefault="00000000">
            <w:r>
              <w:rPr>
                <w:rFonts w:ascii="Arial" w:hAnsi="Arial"/>
                <w:b/>
                <w:color w:val="333333"/>
                <w:sz w:val="19"/>
              </w:rPr>
              <w:t>NÁZOV BANKY: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D27EFD" w14:textId="77777777" w:rsidR="00A8267B" w:rsidRDefault="00A8267B">
            <w:pPr>
              <w:spacing w:after="0"/>
            </w:pPr>
          </w:p>
        </w:tc>
      </w:tr>
      <w:tr w:rsidR="00A8267B" w14:paraId="5C1C733F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8ED1C4" w14:textId="77777777" w:rsidR="00A8267B" w:rsidRDefault="00000000">
            <w:r>
              <w:rPr>
                <w:rFonts w:ascii="Arial" w:hAnsi="Arial"/>
                <w:b/>
                <w:color w:val="333333"/>
                <w:sz w:val="19"/>
              </w:rPr>
              <w:t>VÝŠKA SUMY: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121E2E" w14:textId="77777777" w:rsidR="00A8267B" w:rsidRDefault="00A8267B">
            <w:pPr>
              <w:spacing w:after="0"/>
            </w:pPr>
          </w:p>
        </w:tc>
      </w:tr>
      <w:tr w:rsidR="00A8267B" w14:paraId="455B74EF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7E1BFE" w14:textId="77777777" w:rsidR="00A8267B" w:rsidRDefault="00000000">
            <w:r>
              <w:rPr>
                <w:rFonts w:ascii="Arial" w:hAnsi="Arial"/>
                <w:b/>
                <w:color w:val="333333"/>
                <w:sz w:val="19"/>
              </w:rPr>
              <w:t>VYPLNENÉ DŇA: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04AC86" w14:textId="77777777" w:rsidR="00A8267B" w:rsidRDefault="00A8267B">
            <w:pPr>
              <w:spacing w:after="0"/>
            </w:pPr>
          </w:p>
        </w:tc>
      </w:tr>
    </w:tbl>
    <w:p w14:paraId="60A1D003" w14:textId="77777777" w:rsidR="00A8267B" w:rsidRDefault="00A8267B">
      <w:pPr>
        <w:spacing w:after="2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6192"/>
        <w:gridCol w:w="50"/>
      </w:tblGrid>
      <w:tr w:rsidR="00A8267B" w14:paraId="6E3CC461" w14:textId="77777777">
        <w:trPr>
          <w:gridAfter w:val="1"/>
          <w:wAfter w:w="50" w:type="dxa"/>
          <w:jc w:val="center"/>
        </w:trPr>
        <w:tc>
          <w:tcPr>
            <w:tcW w:w="9504" w:type="dxa"/>
            <w:gridSpan w:val="2"/>
            <w:shd w:val="clear" w:color="auto" w:fill="1F4E7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B5DF1A" w14:textId="77777777" w:rsidR="00A8267B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2. FORMULÁR PRE VRÁTENIE ZAHRANIČNEJ PLATBY</w:t>
            </w:r>
          </w:p>
        </w:tc>
      </w:tr>
      <w:tr w:rsidR="00A8267B" w14:paraId="5FAF9471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46B892" w14:textId="77777777" w:rsidR="00A8267B" w:rsidRDefault="00000000">
            <w:r>
              <w:rPr>
                <w:rFonts w:ascii="Arial" w:hAnsi="Arial"/>
                <w:b/>
                <w:color w:val="333333"/>
                <w:sz w:val="19"/>
              </w:rPr>
              <w:t>MENO / FIRMA: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239248" w14:textId="77777777" w:rsidR="00A8267B" w:rsidRDefault="00A8267B">
            <w:pPr>
              <w:spacing w:after="0"/>
            </w:pPr>
          </w:p>
        </w:tc>
      </w:tr>
      <w:tr w:rsidR="00A8267B" w14:paraId="6D11046F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DEAD68" w14:textId="77777777" w:rsidR="00A8267B" w:rsidRDefault="00000000">
            <w:r>
              <w:rPr>
                <w:rFonts w:ascii="Arial" w:hAnsi="Arial"/>
                <w:b/>
                <w:color w:val="333333"/>
                <w:sz w:val="19"/>
              </w:rPr>
              <w:t>ČÍSLO FAKTÚRY: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AF6060" w14:textId="77777777" w:rsidR="00A8267B" w:rsidRDefault="00A8267B">
            <w:pPr>
              <w:spacing w:after="0"/>
            </w:pPr>
          </w:p>
        </w:tc>
      </w:tr>
      <w:tr w:rsidR="00A8267B" w14:paraId="68370138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E4140E" w14:textId="77777777" w:rsidR="00A8267B" w:rsidRDefault="00000000">
            <w:r>
              <w:rPr>
                <w:rFonts w:ascii="Arial" w:hAnsi="Arial"/>
                <w:b/>
                <w:color w:val="333333"/>
                <w:sz w:val="19"/>
              </w:rPr>
              <w:t>VÝŠKA SUMY: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E22F23" w14:textId="77777777" w:rsidR="00A8267B" w:rsidRDefault="00A8267B">
            <w:pPr>
              <w:spacing w:after="0"/>
            </w:pPr>
          </w:p>
        </w:tc>
      </w:tr>
      <w:tr w:rsidR="00A8267B" w14:paraId="3FE502D0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36A154" w14:textId="77777777" w:rsidR="00A8267B" w:rsidRDefault="00000000">
            <w:r>
              <w:rPr>
                <w:rFonts w:ascii="Arial" w:hAnsi="Arial"/>
                <w:b/>
                <w:color w:val="333333"/>
                <w:sz w:val="19"/>
              </w:rPr>
              <w:t>MENA: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D7E124" w14:textId="77777777" w:rsidR="00A8267B" w:rsidRDefault="00A8267B">
            <w:pPr>
              <w:spacing w:after="0"/>
            </w:pPr>
          </w:p>
        </w:tc>
      </w:tr>
      <w:tr w:rsidR="00A8267B" w14:paraId="509391D8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A9AC25" w14:textId="77777777" w:rsidR="00A8267B" w:rsidRDefault="00000000">
            <w:r>
              <w:rPr>
                <w:rFonts w:ascii="Arial" w:hAnsi="Arial"/>
                <w:b/>
                <w:color w:val="333333"/>
                <w:sz w:val="19"/>
              </w:rPr>
              <w:t>NÁZOV A ADRESA BANKY: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3DE554" w14:textId="77777777" w:rsidR="00A8267B" w:rsidRDefault="00000000">
            <w:pPr>
              <w:spacing w:after="0"/>
            </w:pPr>
            <w:r>
              <w:br/>
            </w:r>
          </w:p>
        </w:tc>
      </w:tr>
      <w:tr w:rsidR="00A8267B" w14:paraId="566AA067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4EEC80" w14:textId="77777777" w:rsidR="00A8267B" w:rsidRDefault="00000000">
            <w:r>
              <w:rPr>
                <w:rFonts w:ascii="Arial" w:hAnsi="Arial"/>
                <w:b/>
                <w:color w:val="333333"/>
                <w:sz w:val="19"/>
              </w:rPr>
              <w:t>IBAN: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D3CCF5" w14:textId="77777777" w:rsidR="00A8267B" w:rsidRDefault="00A8267B">
            <w:pPr>
              <w:spacing w:after="0"/>
            </w:pPr>
          </w:p>
        </w:tc>
      </w:tr>
      <w:tr w:rsidR="00A8267B" w14:paraId="4FD75A29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98819C" w14:textId="77777777" w:rsidR="00A8267B" w:rsidRDefault="00000000">
            <w:r>
              <w:rPr>
                <w:rFonts w:ascii="Arial" w:hAnsi="Arial"/>
                <w:b/>
                <w:color w:val="333333"/>
                <w:sz w:val="19"/>
              </w:rPr>
              <w:t>SWIFT / BIC: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B1109F" w14:textId="77777777" w:rsidR="00A8267B" w:rsidRDefault="00A8267B">
            <w:pPr>
              <w:spacing w:after="0"/>
            </w:pPr>
          </w:p>
        </w:tc>
      </w:tr>
      <w:tr w:rsidR="00A8267B" w14:paraId="6570CFB3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AAABCB" w14:textId="77777777" w:rsidR="00A8267B" w:rsidRDefault="00000000">
            <w:r>
              <w:rPr>
                <w:rFonts w:ascii="Arial" w:hAnsi="Arial"/>
                <w:b/>
                <w:color w:val="333333"/>
                <w:sz w:val="19"/>
              </w:rPr>
              <w:t>VARIABILNÝ SYMBOL: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8D3682" w14:textId="77777777" w:rsidR="00A8267B" w:rsidRDefault="00A8267B">
            <w:pPr>
              <w:spacing w:after="0"/>
            </w:pPr>
          </w:p>
        </w:tc>
      </w:tr>
      <w:tr w:rsidR="00A8267B" w14:paraId="1D96633B" w14:textId="77777777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DCE1E4" w14:textId="77777777" w:rsidR="00A8267B" w:rsidRDefault="00000000">
            <w:r>
              <w:rPr>
                <w:rFonts w:ascii="Arial" w:hAnsi="Arial"/>
                <w:b/>
                <w:color w:val="333333"/>
                <w:sz w:val="19"/>
              </w:rPr>
              <w:t>VYPLNENÉ DŇA:</w:t>
            </w:r>
          </w:p>
        </w:tc>
        <w:tc>
          <w:tcPr>
            <w:tcW w:w="6192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D2B5D4" w14:textId="77777777" w:rsidR="00A8267B" w:rsidRDefault="00A8267B">
            <w:pPr>
              <w:spacing w:after="0"/>
            </w:pPr>
          </w:p>
        </w:tc>
      </w:tr>
    </w:tbl>
    <w:p w14:paraId="2D69806A" w14:textId="77777777" w:rsidR="00A8267B" w:rsidRPr="0012443E" w:rsidRDefault="00A8267B">
      <w:pPr>
        <w:spacing w:after="280"/>
        <w:rPr>
          <w:b/>
          <w:bCs/>
        </w:rPr>
      </w:pPr>
    </w:p>
    <w:p w14:paraId="2BCB498B" w14:textId="45801359" w:rsidR="00353EDF" w:rsidRPr="0012443E" w:rsidRDefault="0012443E" w:rsidP="0012443E">
      <w:pPr>
        <w:rPr>
          <w:b/>
          <w:bCs/>
        </w:rPr>
      </w:pPr>
      <w:proofErr w:type="spellStart"/>
      <w:r w:rsidRPr="0012443E">
        <w:rPr>
          <w:b/>
          <w:bCs/>
        </w:rPr>
        <w:t>Miesto</w:t>
      </w:r>
      <w:proofErr w:type="spellEnd"/>
      <w:r w:rsidRPr="0012443E">
        <w:rPr>
          <w:b/>
          <w:bCs/>
        </w:rPr>
        <w:t xml:space="preserve"> a </w:t>
      </w:r>
      <w:proofErr w:type="spellStart"/>
      <w:r w:rsidRPr="0012443E">
        <w:rPr>
          <w:b/>
          <w:bCs/>
        </w:rPr>
        <w:t>dátum</w:t>
      </w:r>
      <w:proofErr w:type="spellEnd"/>
      <w:r w:rsidRPr="0012443E">
        <w:rPr>
          <w:b/>
          <w:bCs/>
        </w:rPr>
        <w:t xml:space="preserve"> </w:t>
      </w:r>
      <w:proofErr w:type="spellStart"/>
      <w:r w:rsidRPr="0012443E">
        <w:rPr>
          <w:b/>
          <w:bCs/>
        </w:rPr>
        <w:t>vyplnenia</w:t>
      </w:r>
      <w:proofErr w:type="spellEnd"/>
      <w:r w:rsidRPr="0012443E">
        <w:rPr>
          <w:b/>
          <w:bCs/>
        </w:rPr>
        <w:t>:</w:t>
      </w:r>
      <w:r w:rsidRPr="0012443E">
        <w:rPr>
          <w:b/>
          <w:bCs/>
        </w:rPr>
        <w:tab/>
      </w:r>
      <w:r w:rsidRPr="0012443E">
        <w:rPr>
          <w:b/>
          <w:bCs/>
        </w:rPr>
        <w:tab/>
      </w:r>
      <w:r w:rsidRPr="0012443E">
        <w:rPr>
          <w:b/>
          <w:bCs/>
        </w:rPr>
        <w:tab/>
      </w:r>
      <w:r w:rsidRPr="0012443E">
        <w:rPr>
          <w:b/>
          <w:bCs/>
        </w:rPr>
        <w:tab/>
      </w:r>
      <w:r w:rsidRPr="0012443E">
        <w:rPr>
          <w:b/>
          <w:bCs/>
        </w:rPr>
        <w:tab/>
      </w:r>
      <w:proofErr w:type="spellStart"/>
      <w:r w:rsidRPr="0012443E">
        <w:rPr>
          <w:b/>
          <w:bCs/>
        </w:rPr>
        <w:t>Podpis</w:t>
      </w:r>
      <w:proofErr w:type="spellEnd"/>
      <w:r w:rsidRPr="0012443E">
        <w:rPr>
          <w:b/>
          <w:bCs/>
        </w:rPr>
        <w:t xml:space="preserve"> </w:t>
      </w:r>
      <w:proofErr w:type="spellStart"/>
      <w:r w:rsidRPr="0012443E">
        <w:rPr>
          <w:b/>
          <w:bCs/>
        </w:rPr>
        <w:t>zákazníka</w:t>
      </w:r>
      <w:proofErr w:type="spellEnd"/>
    </w:p>
    <w:sectPr w:rsidR="00353EDF" w:rsidRPr="0012443E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2241581">
    <w:abstractNumId w:val="8"/>
  </w:num>
  <w:num w:numId="2" w16cid:durableId="838034501">
    <w:abstractNumId w:val="6"/>
  </w:num>
  <w:num w:numId="3" w16cid:durableId="1237476530">
    <w:abstractNumId w:val="5"/>
  </w:num>
  <w:num w:numId="4" w16cid:durableId="1799491629">
    <w:abstractNumId w:val="4"/>
  </w:num>
  <w:num w:numId="5" w16cid:durableId="1106537227">
    <w:abstractNumId w:val="7"/>
  </w:num>
  <w:num w:numId="6" w16cid:durableId="1734427455">
    <w:abstractNumId w:val="3"/>
  </w:num>
  <w:num w:numId="7" w16cid:durableId="178548061">
    <w:abstractNumId w:val="2"/>
  </w:num>
  <w:num w:numId="8" w16cid:durableId="223612371">
    <w:abstractNumId w:val="1"/>
  </w:num>
  <w:num w:numId="9" w16cid:durableId="1414006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443E"/>
    <w:rsid w:val="0015074B"/>
    <w:rsid w:val="001A1B39"/>
    <w:rsid w:val="0029639D"/>
    <w:rsid w:val="00326F90"/>
    <w:rsid w:val="00353EDF"/>
    <w:rsid w:val="00A8267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8ECA6E"/>
  <w14:defaultImageDpi w14:val="300"/>
  <w15:docId w15:val="{CF28D3AF-E6B6-4571-B274-B7FB83D9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Jiří Drážný</cp:lastModifiedBy>
  <cp:revision>2</cp:revision>
  <dcterms:created xsi:type="dcterms:W3CDTF">2013-12-23T23:15:00Z</dcterms:created>
  <dcterms:modified xsi:type="dcterms:W3CDTF">2026-10-06T17:55:00Z</dcterms:modified>
  <cp:category/>
</cp:coreProperties>
</file>