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6AAA" w14:textId="77777777" w:rsidR="005B67E2" w:rsidRDefault="00000000" w:rsidP="003E3E15">
      <w:pPr>
        <w:pStyle w:val="Nadpis1"/>
      </w:pPr>
      <w:r>
        <w:t>VZOROVÝ FORMULÁR NA UPLATNENIE REKLAMÁCIE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04"/>
      </w:tblGrid>
      <w:tr w:rsidR="005B67E2" w14:paraId="47EF0E9C" w14:textId="77777777">
        <w:trPr>
          <w:jc w:val="center"/>
        </w:trPr>
        <w:tc>
          <w:tcPr>
            <w:tcW w:w="950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9F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ABCD48" w14:textId="77777777" w:rsidR="005B67E2" w:rsidRDefault="00000000">
            <w:r>
              <w:rPr>
                <w:rFonts w:ascii="Arial" w:hAnsi="Arial"/>
                <w:b/>
                <w:color w:val="1F4E78"/>
                <w:sz w:val="19"/>
              </w:rPr>
              <w:t>Adresát (doručovacia adresa pre reklamácie):</w:t>
            </w:r>
            <w:r>
              <w:rPr>
                <w:rFonts w:ascii="Arial" w:hAnsi="Arial"/>
                <w:b/>
                <w:color w:val="1F4E78"/>
                <w:sz w:val="19"/>
              </w:rPr>
              <w:br/>
            </w:r>
            <w:r>
              <w:rPr>
                <w:rFonts w:ascii="Arial" w:hAnsi="Arial"/>
                <w:sz w:val="19"/>
              </w:rPr>
              <w:t>ServiceTech, Varšavská 425/106, 709 00 Ostrava – Hulváky, Česká republika</w:t>
            </w:r>
          </w:p>
        </w:tc>
      </w:tr>
    </w:tbl>
    <w:p w14:paraId="39104D24" w14:textId="77777777" w:rsidR="005B67E2" w:rsidRPr="003E3E15" w:rsidRDefault="005B67E2">
      <w:pPr>
        <w:rPr>
          <w:sz w:val="10"/>
          <w:szCs w:val="1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6192"/>
        <w:gridCol w:w="50"/>
      </w:tblGrid>
      <w:tr w:rsidR="005B67E2" w14:paraId="6D70DDA6" w14:textId="77777777">
        <w:trPr>
          <w:gridAfter w:val="1"/>
          <w:wAfter w:w="50" w:type="dxa"/>
          <w:jc w:val="center"/>
        </w:trPr>
        <w:tc>
          <w:tcPr>
            <w:tcW w:w="9504" w:type="dxa"/>
            <w:gridSpan w:val="2"/>
            <w:shd w:val="clear" w:color="auto" w:fill="1F4E7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6C2915" w14:textId="77777777" w:rsidR="005B67E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</w:rPr>
              <w:t>1. ÚDAJE O REKLAMOVANOM TOVARE</w:t>
            </w:r>
          </w:p>
        </w:tc>
      </w:tr>
      <w:tr w:rsidR="005B67E2" w14:paraId="6EA9CF5C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F40D09" w14:textId="77777777" w:rsidR="005B67E2" w:rsidRDefault="00000000">
            <w:r>
              <w:rPr>
                <w:rFonts w:ascii="Arial" w:hAnsi="Arial"/>
                <w:b/>
                <w:color w:val="333333"/>
                <w:sz w:val="19"/>
              </w:rPr>
              <w:t>Názov výrobku / tovaru:</w:t>
            </w:r>
          </w:p>
        </w:tc>
        <w:tc>
          <w:tcPr>
            <w:tcW w:w="6192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A4E31E" w14:textId="77777777" w:rsidR="005B67E2" w:rsidRDefault="005B67E2">
            <w:pPr>
              <w:spacing w:after="0"/>
            </w:pPr>
          </w:p>
        </w:tc>
      </w:tr>
      <w:tr w:rsidR="005B67E2" w14:paraId="2E164126" w14:textId="77777777" w:rsidTr="003E3E15">
        <w:trPr>
          <w:trHeight w:val="543"/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84F7FC" w14:textId="77777777" w:rsidR="005B67E2" w:rsidRDefault="00000000">
            <w:proofErr w:type="spellStart"/>
            <w:r>
              <w:rPr>
                <w:rFonts w:ascii="Arial" w:hAnsi="Arial"/>
                <w:b/>
                <w:color w:val="333333"/>
                <w:sz w:val="19"/>
              </w:rPr>
              <w:t>Popis</w:t>
            </w:r>
            <w:proofErr w:type="spellEnd"/>
            <w:r>
              <w:rPr>
                <w:rFonts w:ascii="Arial" w:hAnsi="Arial"/>
                <w:b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333333"/>
                <w:sz w:val="19"/>
              </w:rPr>
              <w:t>chyby</w:t>
            </w:r>
            <w:proofErr w:type="spellEnd"/>
            <w:r>
              <w:rPr>
                <w:rFonts w:ascii="Arial" w:hAnsi="Arial"/>
                <w:b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333333"/>
                <w:sz w:val="19"/>
              </w:rPr>
              <w:t>alebo</w:t>
            </w:r>
            <w:proofErr w:type="spellEnd"/>
            <w:r>
              <w:rPr>
                <w:rFonts w:ascii="Arial" w:hAnsi="Arial"/>
                <w:b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333333"/>
                <w:sz w:val="19"/>
              </w:rPr>
              <w:t>poruchy</w:t>
            </w:r>
            <w:proofErr w:type="spellEnd"/>
            <w:r>
              <w:rPr>
                <w:rFonts w:ascii="Arial" w:hAnsi="Arial"/>
                <w:b/>
                <w:color w:val="333333"/>
                <w:sz w:val="19"/>
              </w:rPr>
              <w:br/>
              <w:t>(dôvod reklamácie):</w:t>
            </w:r>
          </w:p>
        </w:tc>
        <w:tc>
          <w:tcPr>
            <w:tcW w:w="6192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2A1FE4" w14:textId="7B62D07B" w:rsidR="005B67E2" w:rsidRDefault="005B67E2">
            <w:pPr>
              <w:spacing w:after="0"/>
            </w:pPr>
          </w:p>
        </w:tc>
      </w:tr>
      <w:tr w:rsidR="005B67E2" w14:paraId="1B9BF84D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CE280C" w14:textId="77777777" w:rsidR="005B67E2" w:rsidRDefault="00000000">
            <w:proofErr w:type="spellStart"/>
            <w:r>
              <w:rPr>
                <w:rFonts w:ascii="Arial" w:hAnsi="Arial"/>
                <w:b/>
                <w:color w:val="333333"/>
                <w:sz w:val="19"/>
              </w:rPr>
              <w:t>Výrobné</w:t>
            </w:r>
            <w:proofErr w:type="spellEnd"/>
            <w:r>
              <w:rPr>
                <w:rFonts w:ascii="Arial" w:hAnsi="Arial"/>
                <w:b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333333"/>
                <w:sz w:val="19"/>
              </w:rPr>
              <w:t>číslo</w:t>
            </w:r>
            <w:proofErr w:type="spellEnd"/>
            <w:r>
              <w:rPr>
                <w:rFonts w:ascii="Arial" w:hAnsi="Arial"/>
                <w:b/>
                <w:color w:val="333333"/>
                <w:sz w:val="19"/>
              </w:rPr>
              <w:t xml:space="preserve"> (serial number):</w:t>
            </w:r>
          </w:p>
        </w:tc>
        <w:tc>
          <w:tcPr>
            <w:tcW w:w="6192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E314A6" w14:textId="77777777" w:rsidR="005B67E2" w:rsidRDefault="005B67E2">
            <w:pPr>
              <w:spacing w:after="0"/>
            </w:pPr>
          </w:p>
        </w:tc>
      </w:tr>
      <w:tr w:rsidR="005B67E2" w14:paraId="7204AA81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916D33" w14:textId="77777777" w:rsidR="005B67E2" w:rsidRDefault="00000000">
            <w:r>
              <w:rPr>
                <w:rFonts w:ascii="Arial" w:hAnsi="Arial"/>
                <w:b/>
                <w:color w:val="333333"/>
                <w:sz w:val="19"/>
              </w:rPr>
              <w:t>Číslo dokladu / faktúry:</w:t>
            </w:r>
          </w:p>
        </w:tc>
        <w:tc>
          <w:tcPr>
            <w:tcW w:w="6192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172573" w14:textId="77777777" w:rsidR="005B67E2" w:rsidRDefault="005B67E2">
            <w:pPr>
              <w:spacing w:after="0"/>
            </w:pPr>
          </w:p>
        </w:tc>
      </w:tr>
      <w:tr w:rsidR="005B67E2" w14:paraId="7E031176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0E0F46" w14:textId="77777777" w:rsidR="005B67E2" w:rsidRDefault="00000000">
            <w:r>
              <w:rPr>
                <w:rFonts w:ascii="Arial" w:hAnsi="Arial"/>
                <w:b/>
                <w:color w:val="333333"/>
                <w:sz w:val="19"/>
              </w:rPr>
              <w:t>Dátum objednávky / kúpy:</w:t>
            </w:r>
          </w:p>
        </w:tc>
        <w:tc>
          <w:tcPr>
            <w:tcW w:w="6192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6CC660" w14:textId="77777777" w:rsidR="005B67E2" w:rsidRDefault="005B67E2">
            <w:pPr>
              <w:spacing w:after="0"/>
            </w:pPr>
          </w:p>
        </w:tc>
      </w:tr>
      <w:tr w:rsidR="005B67E2" w14:paraId="36FE54B7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C1CBBC" w14:textId="77777777" w:rsidR="005B67E2" w:rsidRDefault="00000000">
            <w:r>
              <w:rPr>
                <w:rFonts w:ascii="Arial" w:hAnsi="Arial"/>
                <w:b/>
                <w:color w:val="333333"/>
                <w:sz w:val="19"/>
              </w:rPr>
              <w:t>Dátum dodania tovaru:</w:t>
            </w:r>
          </w:p>
        </w:tc>
        <w:tc>
          <w:tcPr>
            <w:tcW w:w="6192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B1CC7A" w14:textId="77777777" w:rsidR="005B67E2" w:rsidRDefault="005B67E2"/>
        </w:tc>
      </w:tr>
    </w:tbl>
    <w:p w14:paraId="5604B5A3" w14:textId="77777777" w:rsidR="005B67E2" w:rsidRPr="003E3E15" w:rsidRDefault="005B67E2">
      <w:pPr>
        <w:rPr>
          <w:sz w:val="10"/>
          <w:szCs w:val="1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6192"/>
        <w:gridCol w:w="50"/>
      </w:tblGrid>
      <w:tr w:rsidR="005B67E2" w14:paraId="1239C770" w14:textId="77777777">
        <w:trPr>
          <w:gridAfter w:val="1"/>
          <w:wAfter w:w="50" w:type="dxa"/>
          <w:jc w:val="center"/>
        </w:trPr>
        <w:tc>
          <w:tcPr>
            <w:tcW w:w="9504" w:type="dxa"/>
            <w:gridSpan w:val="2"/>
            <w:shd w:val="clear" w:color="auto" w:fill="1F4E7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B92129" w14:textId="77777777" w:rsidR="005B67E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</w:rPr>
              <w:t>2. ÚDAJE O KUPUJÚCOM</w:t>
            </w:r>
          </w:p>
        </w:tc>
      </w:tr>
      <w:tr w:rsidR="005B67E2" w14:paraId="4BDB58BE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A4C73D" w14:textId="77777777" w:rsidR="005B67E2" w:rsidRDefault="00000000">
            <w:r>
              <w:rPr>
                <w:rFonts w:ascii="Arial" w:hAnsi="Arial"/>
                <w:b/>
                <w:color w:val="333333"/>
                <w:sz w:val="19"/>
              </w:rPr>
              <w:t>Meno a priezvisko / Firma:</w:t>
            </w:r>
          </w:p>
        </w:tc>
        <w:tc>
          <w:tcPr>
            <w:tcW w:w="6192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7C47CD" w14:textId="77777777" w:rsidR="005B67E2" w:rsidRDefault="005B67E2">
            <w:pPr>
              <w:spacing w:after="0"/>
            </w:pPr>
          </w:p>
        </w:tc>
      </w:tr>
      <w:tr w:rsidR="005B67E2" w14:paraId="121D71CC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E83FA0" w14:textId="77777777" w:rsidR="005B67E2" w:rsidRDefault="00000000">
            <w:r>
              <w:rPr>
                <w:rFonts w:ascii="Arial" w:hAnsi="Arial"/>
                <w:b/>
                <w:color w:val="333333"/>
                <w:sz w:val="19"/>
              </w:rPr>
              <w:t>Adresa kupujúceho:</w:t>
            </w:r>
          </w:p>
        </w:tc>
        <w:tc>
          <w:tcPr>
            <w:tcW w:w="6192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DDA55B" w14:textId="401D921E" w:rsidR="005B67E2" w:rsidRDefault="005B67E2">
            <w:pPr>
              <w:spacing w:after="0"/>
            </w:pPr>
          </w:p>
        </w:tc>
      </w:tr>
      <w:tr w:rsidR="005B67E2" w14:paraId="36AE5BA3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A35B81" w14:textId="77777777" w:rsidR="005B67E2" w:rsidRDefault="00000000">
            <w:r>
              <w:rPr>
                <w:rFonts w:ascii="Arial" w:hAnsi="Arial"/>
                <w:b/>
                <w:color w:val="333333"/>
                <w:sz w:val="19"/>
              </w:rPr>
              <w:t>Kontaktný e-mail:</w:t>
            </w:r>
          </w:p>
        </w:tc>
        <w:tc>
          <w:tcPr>
            <w:tcW w:w="6192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FA26C7" w14:textId="77777777" w:rsidR="005B67E2" w:rsidRDefault="005B67E2">
            <w:pPr>
              <w:spacing w:after="0"/>
            </w:pPr>
          </w:p>
        </w:tc>
      </w:tr>
      <w:tr w:rsidR="005B67E2" w14:paraId="3AB2ABBD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FE50A8" w14:textId="77777777" w:rsidR="005B67E2" w:rsidRDefault="00000000">
            <w:r>
              <w:rPr>
                <w:rFonts w:ascii="Arial" w:hAnsi="Arial"/>
                <w:b/>
                <w:color w:val="333333"/>
                <w:sz w:val="19"/>
              </w:rPr>
              <w:t>Kontaktný telefón*:</w:t>
            </w:r>
          </w:p>
        </w:tc>
        <w:tc>
          <w:tcPr>
            <w:tcW w:w="6192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693213" w14:textId="77777777" w:rsidR="005B67E2" w:rsidRDefault="005B67E2">
            <w:pPr>
              <w:spacing w:after="0"/>
            </w:pPr>
          </w:p>
        </w:tc>
      </w:tr>
      <w:tr w:rsidR="005B67E2" w14:paraId="23C516C7" w14:textId="77777777" w:rsidTr="003E3E15">
        <w:trPr>
          <w:trHeight w:val="549"/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734B46" w14:textId="77777777" w:rsidR="005B67E2" w:rsidRDefault="00000000">
            <w:proofErr w:type="spellStart"/>
            <w:r>
              <w:rPr>
                <w:rFonts w:ascii="Arial" w:hAnsi="Arial"/>
                <w:b/>
                <w:color w:val="333333"/>
                <w:sz w:val="19"/>
              </w:rPr>
              <w:t>Adresa</w:t>
            </w:r>
            <w:proofErr w:type="spellEnd"/>
            <w:r>
              <w:rPr>
                <w:rFonts w:ascii="Arial" w:hAnsi="Arial"/>
                <w:b/>
                <w:color w:val="333333"/>
                <w:sz w:val="19"/>
              </w:rPr>
              <w:t xml:space="preserve"> / </w:t>
            </w:r>
            <w:proofErr w:type="spellStart"/>
            <w:r>
              <w:rPr>
                <w:rFonts w:ascii="Arial" w:hAnsi="Arial"/>
                <w:b/>
                <w:color w:val="333333"/>
                <w:sz w:val="19"/>
              </w:rPr>
              <w:t>Telefón</w:t>
            </w:r>
            <w:proofErr w:type="spellEnd"/>
            <w:r>
              <w:rPr>
                <w:rFonts w:ascii="Arial" w:hAnsi="Arial"/>
                <w:b/>
                <w:color w:val="333333"/>
                <w:sz w:val="19"/>
              </w:rPr>
              <w:t xml:space="preserve"> pre spätné</w:t>
            </w:r>
            <w:r>
              <w:rPr>
                <w:rFonts w:ascii="Arial" w:hAnsi="Arial"/>
                <w:b/>
                <w:color w:val="333333"/>
                <w:sz w:val="19"/>
              </w:rPr>
              <w:br/>
              <w:t>odoslanie vybalenej reklamácie:</w:t>
            </w:r>
          </w:p>
        </w:tc>
        <w:tc>
          <w:tcPr>
            <w:tcW w:w="6192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1B9F90" w14:textId="368730AB" w:rsidR="005B67E2" w:rsidRDefault="005B67E2">
            <w:pPr>
              <w:spacing w:after="0"/>
            </w:pPr>
          </w:p>
        </w:tc>
      </w:tr>
    </w:tbl>
    <w:p w14:paraId="5B07A45C" w14:textId="77777777" w:rsidR="005B67E2" w:rsidRPr="003E3E15" w:rsidRDefault="005B67E2">
      <w:pPr>
        <w:rPr>
          <w:sz w:val="10"/>
          <w:szCs w:val="1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52"/>
        <w:gridCol w:w="4752"/>
        <w:gridCol w:w="50"/>
      </w:tblGrid>
      <w:tr w:rsidR="005B67E2" w14:paraId="65A461FC" w14:textId="77777777">
        <w:trPr>
          <w:gridAfter w:val="1"/>
          <w:wAfter w:w="50" w:type="dxa"/>
          <w:jc w:val="center"/>
        </w:trPr>
        <w:tc>
          <w:tcPr>
            <w:tcW w:w="9504" w:type="dxa"/>
            <w:gridSpan w:val="2"/>
            <w:shd w:val="clear" w:color="auto" w:fill="1F4E7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3955FB" w14:textId="77777777" w:rsidR="005B67E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</w:rPr>
              <w:t>3. POTVRDENIE A PODPIS</w:t>
            </w:r>
          </w:p>
        </w:tc>
      </w:tr>
      <w:tr w:rsidR="005B67E2" w14:paraId="42BF4ED6" w14:textId="77777777" w:rsidTr="003E3E15">
        <w:trPr>
          <w:jc w:val="center"/>
        </w:trPr>
        <w:tc>
          <w:tcPr>
            <w:tcW w:w="47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FFEA6" w14:textId="2B8656E8" w:rsidR="005B67E2" w:rsidRDefault="00000000">
            <w:r>
              <w:rPr>
                <w:rFonts w:ascii="Arial" w:hAnsi="Arial"/>
                <w:b/>
                <w:color w:val="333333"/>
                <w:sz w:val="19"/>
              </w:rPr>
              <w:t>Dátum doručenia k reklamácii</w:t>
            </w:r>
            <w:r>
              <w:rPr>
                <w:rFonts w:ascii="Arial" w:hAnsi="Arial"/>
                <w:b/>
                <w:color w:val="333333"/>
                <w:sz w:val="19"/>
              </w:rPr>
              <w:br/>
              <w:t>(vyplní predajca):</w:t>
            </w:r>
            <w:r>
              <w:rPr>
                <w:rFonts w:ascii="Arial" w:hAnsi="Arial"/>
                <w:b/>
                <w:color w:val="333333"/>
                <w:sz w:val="19"/>
              </w:rPr>
              <w:br/>
            </w:r>
            <w:r>
              <w:rPr>
                <w:rFonts w:ascii="Arial" w:hAnsi="Arial"/>
                <w:b/>
                <w:color w:val="333333"/>
                <w:sz w:val="19"/>
              </w:rPr>
              <w:br/>
            </w:r>
            <w:r>
              <w:rPr>
                <w:rFonts w:ascii="Arial" w:hAnsi="Arial"/>
                <w:sz w:val="19"/>
              </w:rPr>
              <w:t xml:space="preserve">  </w:t>
            </w:r>
          </w:p>
        </w:tc>
        <w:tc>
          <w:tcPr>
            <w:tcW w:w="48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91B0C" w14:textId="77777777" w:rsidR="005B67E2" w:rsidRDefault="00000000">
            <w:r>
              <w:rPr>
                <w:rFonts w:ascii="Arial" w:hAnsi="Arial"/>
                <w:b/>
                <w:color w:val="333333"/>
                <w:sz w:val="19"/>
              </w:rPr>
              <w:t>Podpis kupujúceho spotrebiteľa / zástupcu firmy:</w:t>
            </w:r>
            <w:r>
              <w:rPr>
                <w:rFonts w:ascii="Arial" w:hAnsi="Arial"/>
                <w:b/>
                <w:color w:val="333333"/>
                <w:sz w:val="19"/>
              </w:rPr>
              <w:br/>
            </w:r>
            <w:r>
              <w:rPr>
                <w:rFonts w:ascii="Arial" w:hAnsi="Arial"/>
                <w:b/>
                <w:color w:val="333333"/>
                <w:sz w:val="19"/>
              </w:rPr>
              <w:br/>
            </w:r>
            <w:r>
              <w:rPr>
                <w:rFonts w:ascii="Arial" w:hAnsi="Arial"/>
                <w:color w:val="787878"/>
                <w:sz w:val="19"/>
              </w:rPr>
              <w:t>....................................................</w:t>
            </w:r>
          </w:p>
        </w:tc>
      </w:tr>
    </w:tbl>
    <w:p w14:paraId="6CFBC568" w14:textId="77777777" w:rsidR="00701C6E" w:rsidRDefault="00701C6E"/>
    <w:sectPr w:rsidR="00701C6E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23685338">
    <w:abstractNumId w:val="8"/>
  </w:num>
  <w:num w:numId="2" w16cid:durableId="648170573">
    <w:abstractNumId w:val="6"/>
  </w:num>
  <w:num w:numId="3" w16cid:durableId="293606313">
    <w:abstractNumId w:val="5"/>
  </w:num>
  <w:num w:numId="4" w16cid:durableId="881290224">
    <w:abstractNumId w:val="4"/>
  </w:num>
  <w:num w:numId="5" w16cid:durableId="1135106436">
    <w:abstractNumId w:val="7"/>
  </w:num>
  <w:num w:numId="6" w16cid:durableId="1666469028">
    <w:abstractNumId w:val="3"/>
  </w:num>
  <w:num w:numId="7" w16cid:durableId="1023943852">
    <w:abstractNumId w:val="2"/>
  </w:num>
  <w:num w:numId="8" w16cid:durableId="1775515534">
    <w:abstractNumId w:val="1"/>
  </w:num>
  <w:num w:numId="9" w16cid:durableId="1839224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1B39"/>
    <w:rsid w:val="0029639D"/>
    <w:rsid w:val="00326F90"/>
    <w:rsid w:val="003E3E15"/>
    <w:rsid w:val="005B67E2"/>
    <w:rsid w:val="00701C6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41715A"/>
  <w14:defaultImageDpi w14:val="300"/>
  <w15:docId w15:val="{CF28D3AF-E6B6-4571-B274-B7FB83D9D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Jiří Drážný</cp:lastModifiedBy>
  <cp:revision>2</cp:revision>
  <dcterms:created xsi:type="dcterms:W3CDTF">2013-12-23T23:15:00Z</dcterms:created>
  <dcterms:modified xsi:type="dcterms:W3CDTF">2026-10-06T17:57:00Z</dcterms:modified>
  <cp:category/>
</cp:coreProperties>
</file>